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66"/>
        <w:gridCol w:w="5045"/>
      </w:tblGrid>
      <w:tr>
        <w:tc>
          <w:tcPr>
            <w:tcW w:type="dxa" w:w="5466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28"/>
              </w:rPr>
              <w:t>[Your Business Name]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[Street address, City, State ZIP]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[Phone] | [Email]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[License # / EIN, if needed]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1F3A5F"/>
                <w:sz w:val="30"/>
              </w:rPr>
              <w:t>LANDSCAPING ESTIMATE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Estimate #  [L-0001]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Date  [date]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Valid until  [date, e.g. 30 days]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3"/>
        <w:gridCol w:w="3503"/>
        <w:gridCol w:w="3503"/>
      </w:tblGrid>
      <w:tr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PREPARED FOR</w:t>
            </w:r>
          </w:p>
        </w:tc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JOB SITE</w:t>
            </w:r>
          </w:p>
        </w:tc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DETAILS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[Client name]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[Street address]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[City, State ZIP]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[Job site address]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[if different from client]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Scope: [e.g. Sod, paver patio, beds, drip zone]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Duration: [e.g. 4-5 working days]</w:t>
            </w:r>
          </w:p>
        </w:tc>
      </w:tr>
    </w:tbl>
    <w:p>
      <w:pPr>
        <w:spacing w:before="120" w:after="60"/>
      </w:pPr>
      <w:r>
        <w:rPr>
          <w:i/>
          <w:color w:val="666666"/>
          <w:sz w:val="16"/>
        </w:rPr>
        <w:t>Rows marked (example) are samples. Type over them with your own items. Need automatic totals? Use the Excel version of this template.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864"/>
        <w:gridCol w:w="864"/>
        <w:gridCol w:w="1296"/>
        <w:gridCol w:w="936"/>
        <w:gridCol w:w="1584"/>
      </w:tblGrid>
      <w:tr>
        <w:tc>
          <w:tcPr>
            <w:tcW w:type="dxa" w:w="4968"/>
            <w:shd w:val="clear" w:color="auto" w:fill="1F3A5F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86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86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296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Rate</w:t>
            </w:r>
          </w:p>
        </w:tc>
        <w:tc>
          <w:tcPr>
            <w:tcW w:type="dxa" w:w="936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58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Remove old turf and fine grade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1,200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sq ft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$0.85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$1,020.00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Supply and install fescue sod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1,200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sq ft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$1.60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$1,920.00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Paver patio, 12 x 16 ft, on compacted base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192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sq ft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$18.00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$3,456.00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Shrubs, 3 gal, planted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12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ea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$55.00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Y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$660.00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Hardwood mulch, delivered and spread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cu yd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$68.00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Y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$408.00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Drip irrigation zone for beds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zone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$850.00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$850.00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Debris haul-away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load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$275.00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$275.00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047"/>
        <w:gridCol w:w="4464"/>
      </w:tblGrid>
      <w:tr>
        <w:tc>
          <w:tcPr>
            <w:tcW w:type="dxa" w:w="6048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TERMS AND NOTES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Valid for 30 days from the date above.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This is an estimate, not a fixed price. We will ask for your approval before the total goes more than 10% over this estimate. Rock or roots found when grading may add cost.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30% deposit to schedule; balance on completion. Plants carry a 1-year replacement warranty (example).</w:t>
            </w:r>
          </w:p>
        </w:tc>
        <w:tc>
          <w:tcPr>
            <w:tcW w:type="dxa" w:w="4464"/>
          </w:tcPr>
          <w:p>
            <w:r/>
          </w:p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808"/>
              <w:gridCol w:w="1440"/>
            </w:tblGrid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Subtotal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$8,589.00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Sales tax (7.00% on taxable items)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$74.76</w:t>
                  </w:r>
                </w:p>
              </w:tc>
            </w:tr>
            <w:tr>
              <w:tc>
                <w:tcPr>
                  <w:tcW w:type="dxa" w:w="2808"/>
                  <w:shd w:val="clear" w:color="auto" w:fill="EEF2F7"/>
                </w:tcPr>
                <w:p>
                  <w:pPr>
                    <w:spacing w:after="0"/>
                  </w:pPr>
                  <w:r/>
                  <w:r>
                    <w:rPr>
                      <w:b/>
                      <w:i w:val="0"/>
                      <w:sz w:val="18"/>
                    </w:rPr>
                    <w:t>Total</w:t>
                  </w:r>
                </w:p>
              </w:tc>
              <w:tc>
                <w:tcPr>
                  <w:tcW w:type="dxa" w:w="1440"/>
                  <w:shd w:val="clear" w:color="auto" w:fill="EEF2F7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/>
                      <w:i w:val="0"/>
                      <w:sz w:val="18"/>
                    </w:rPr>
                    <w:t>$8,663.76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Deposit due (30%)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$2,599.13</w:t>
                  </w:r>
                </w:p>
              </w:tc>
            </w:tr>
          </w:tbl>
          <w:p/>
          <w:p>
            <w:pPr>
              <w:spacing w:after="0"/>
            </w:pPr>
            <w:r>
              <w:rPr>
                <w:b w:val="0"/>
                <w:color w:val="666666"/>
                <w:sz w:val="15"/>
              </w:rPr>
              <w:t>Example totals: update them to match your items.</w:t>
            </w:r>
          </w:p>
        </w:tc>
      </w:tr>
    </w:tbl>
    <w:p>
      <w:pPr>
        <w:spacing w:before="200" w:after="40"/>
      </w:pPr>
      <w:r>
        <w:rPr>
          <w:b/>
          <w:color w:val="1F3A5F"/>
          <w:sz w:val="17"/>
        </w:rPr>
        <w:t>ACCEPTANCE</w:t>
      </w:r>
    </w:p>
    <w:p>
      <w:pPr>
        <w:spacing w:after="200"/>
      </w:pPr>
      <w:r>
        <w:t>Signing approves the work described above at the estimated price, subject to the terms.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3"/>
        <w:gridCol w:w="3503"/>
        <w:gridCol w:w="3503"/>
      </w:tblGrid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Signature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Name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5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Estimate Template</dc:title>
  <dc:subject/>
  <dc:creator>InvoiceSonic</dc:creator>
  <cp:keywords/>
  <dc:description>Free template from invoicesonic.com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