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66"/>
        <w:gridCol w:w="5045"/>
      </w:tblGrid>
      <w:tr>
        <w:tc>
          <w:tcPr>
            <w:tcW w:type="dxa" w:w="5466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28"/>
              </w:rPr>
              <w:t>[Your Business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address, City, State ZIP]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[Phone] | [Email]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[License # / EIN, if needed]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1F3A5F"/>
                <w:sz w:val="30"/>
              </w:rPr>
              <w:t>ROOFING ESTIMATE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Estimate #  [R-0001]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Date  [date]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Valid until  [date, e.g. 30 days]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PREPARED FOR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JOB SITE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DETAILS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[Client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[City, State ZIP]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[Job site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[if different from client]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Roof area: [e.g. 24 squares (2,400 sq ft)]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Pitch / layers: [e.g. 6/12, 1 existing layer]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Shingle: [e.g. Architectural, Weathered Wood]</w:t>
            </w:r>
          </w:p>
        </w:tc>
      </w:tr>
    </w:tbl>
    <w:p>
      <w:pPr>
        <w:spacing w:before="120" w:after="60"/>
      </w:pPr>
      <w:r>
        <w:rPr>
          <w:i/>
          <w:color w:val="666666"/>
          <w:sz w:val="16"/>
        </w:rPr>
        <w:t>Rows marked (example) are samples. Type over them with your own items. Need automatic totals? Use the Excel version of this template.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864"/>
        <w:gridCol w:w="864"/>
        <w:gridCol w:w="1296"/>
        <w:gridCol w:w="936"/>
        <w:gridCol w:w="1584"/>
      </w:tblGrid>
      <w:tr>
        <w:tc>
          <w:tcPr>
            <w:tcW w:type="dxa" w:w="4968"/>
            <w:shd w:val="clear" w:color="auto" w:fill="1F3A5F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29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Rate</w:t>
            </w:r>
          </w:p>
        </w:tc>
        <w:tc>
          <w:tcPr>
            <w:tcW w:type="dxa" w:w="93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58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Tear-off and disposal, 1 layer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24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$2,040.00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Synthetic underlayment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24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$38.00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$912.00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Ice and water shield, eaves and valleys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roll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$95.00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$570.00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Architectural shingles, incl. 10% waste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27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$165.00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$4,455.00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Shingle installation labor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24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$175.00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$4,200.00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Drip edge, aluminum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220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LF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$3.25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$715.00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Ridge vent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40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LF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$9.50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$380.00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Pipe boots and flashing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ea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$180.00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Decking replacement allowance (billed at actual)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sheet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$95.00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$475.00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Dumpster and permit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$650.00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$650.00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047"/>
        <w:gridCol w:w="4464"/>
      </w:tblGrid>
      <w:tr>
        <w:tc>
          <w:tcPr>
            <w:tcW w:type="dxa" w:w="6048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TERMS AND NOTES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Valid for 30 days from the date above.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This is an estimate, not a fixed price. We will ask for your approval before the total goes more than 10% over this estimate. Rotted decking beyond 5 sheets is $95 per sheet.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Payment on completion. Workmanship warranty: 5 years (example).</w:t>
            </w:r>
          </w:p>
        </w:tc>
        <w:tc>
          <w:tcPr>
            <w:tcW w:type="dxa" w:w="4464"/>
          </w:tcPr>
          <w:p>
            <w:r/>
          </w:p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440"/>
            </w:tblGrid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Subtotal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$14,577.00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Sales tax (none on this job)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$0.00</w:t>
                  </w:r>
                </w:p>
              </w:tc>
            </w:tr>
            <w:tr>
              <w:tc>
                <w:tcPr>
                  <w:tcW w:type="dxa" w:w="2808"/>
                  <w:shd w:val="clear" w:color="auto" w:fill="EEF2F7"/>
                </w:tcPr>
                <w:p>
                  <w:pPr>
                    <w:spacing w:after="0"/>
                  </w:pPr>
                  <w:r/>
                  <w:r>
                    <w:rPr>
                      <w:b/>
                      <w:i w:val="0"/>
                      <w:sz w:val="18"/>
                    </w:rPr>
                    <w:t>Total</w:t>
                  </w:r>
                </w:p>
              </w:tc>
              <w:tc>
                <w:tcPr>
                  <w:tcW w:type="dxa" w:w="1440"/>
                  <w:shd w:val="clear" w:color="auto" w:fill="EEF2F7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/>
                      <w:i w:val="0"/>
                      <w:sz w:val="18"/>
                    </w:rPr>
                    <w:t>$14,577.00</w:t>
                  </w:r>
                </w:p>
              </w:tc>
            </w:tr>
          </w:tbl>
          <w:p/>
          <w:p>
            <w:pPr>
              <w:spacing w:after="0"/>
            </w:pPr>
            <w:r>
              <w:rPr>
                <w:b w:val="0"/>
                <w:color w:val="666666"/>
                <w:sz w:val="15"/>
              </w:rPr>
              <w:t>Example totals: update them to match your items.</w:t>
            </w:r>
          </w:p>
        </w:tc>
      </w:tr>
    </w:tbl>
    <w:p>
      <w:pPr>
        <w:spacing w:before="200" w:after="40"/>
      </w:pPr>
      <w:r>
        <w:rPr>
          <w:b/>
          <w:color w:val="1F3A5F"/>
          <w:sz w:val="17"/>
        </w:rPr>
        <w:t>ACCEPTANCE</w:t>
      </w:r>
    </w:p>
    <w:p>
      <w:pPr>
        <w:spacing w:after="200"/>
      </w:pPr>
      <w:r>
        <w:t>Signing approves the work described above at the estimated price, subject to the terms.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Signature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Name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5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subject/>
  <dc:creator>InvoiceSonic</dc:creator>
  <cp:keywords/>
  <dc:description>Free template from invoicesonic.com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